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E6BB" w14:textId="77777777" w:rsidR="000665C5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23434C60" wp14:editId="67D5CA7A">
            <wp:extent cx="336400" cy="52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ambi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400" cy="5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35CC4" w14:textId="77777777" w:rsidR="000665C5" w:rsidRDefault="00000000">
      <w:pPr>
        <w:spacing w:after="0"/>
        <w:jc w:val="center"/>
      </w:pPr>
      <w:r>
        <w:rPr>
          <w:b/>
          <w:color w:val="1F4E79"/>
        </w:rPr>
        <w:t>DJEČJI VRTIĆ BAMBI SUNJA</w:t>
      </w:r>
    </w:p>
    <w:p w14:paraId="5A1AC9DC" w14:textId="54E6A26E" w:rsidR="00E14EDA" w:rsidRPr="00E14EDA" w:rsidRDefault="00000000" w:rsidP="00E14EDA">
      <w:pPr>
        <w:spacing w:after="120"/>
        <w:jc w:val="center"/>
        <w:rPr>
          <w:color w:val="5A5A5A"/>
          <w:sz w:val="20"/>
        </w:rPr>
      </w:pPr>
      <w:r>
        <w:rPr>
          <w:color w:val="5A5A5A"/>
          <w:sz w:val="20"/>
        </w:rPr>
        <w:t>Matije Gupca 24, 44210 Sunja | 044/833-163 | vrtic.bambi@sunja.hr</w:t>
      </w:r>
    </w:p>
    <w:p w14:paraId="402B0628" w14:textId="77777777" w:rsidR="000665C5" w:rsidRDefault="00000000">
      <w:pPr>
        <w:spacing w:after="40"/>
        <w:jc w:val="center"/>
      </w:pPr>
      <w:r>
        <w:rPr>
          <w:b/>
          <w:color w:val="1F4E79"/>
          <w:sz w:val="30"/>
        </w:rPr>
        <w:t>ZAHTJEV ZA UPIS DJETETA U PROGRAM PREDŠKOLE</w:t>
      </w:r>
    </w:p>
    <w:p w14:paraId="4D97F270" w14:textId="77777777" w:rsidR="000665C5" w:rsidRDefault="00000000">
      <w:pPr>
        <w:spacing w:after="140"/>
        <w:jc w:val="center"/>
      </w:pPr>
      <w:r>
        <w:rPr>
          <w:b/>
        </w:rPr>
        <w:t>pedagoška godina 2026./2027.</w:t>
      </w:r>
    </w:p>
    <w:tbl>
      <w:tblPr>
        <w:tblStyle w:val="Reetkatablice"/>
        <w:tblW w:w="5215" w:type="dxa"/>
        <w:jc w:val="right"/>
        <w:tblLayout w:type="fixed"/>
        <w:tblLook w:val="04A0" w:firstRow="1" w:lastRow="0" w:firstColumn="1" w:lastColumn="0" w:noHBand="0" w:noVBand="1"/>
      </w:tblPr>
      <w:tblGrid>
        <w:gridCol w:w="2381"/>
        <w:gridCol w:w="2834"/>
      </w:tblGrid>
      <w:tr w:rsidR="000665C5" w14:paraId="66213D85" w14:textId="77777777">
        <w:trPr>
          <w:jc w:val="right"/>
        </w:trPr>
        <w:tc>
          <w:tcPr>
            <w:tcW w:w="238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3C9E95" w14:textId="77777777" w:rsidR="000665C5" w:rsidRDefault="00000000">
            <w:r>
              <w:rPr>
                <w:b/>
              </w:rPr>
              <w:t>Datum zaprimanja:</w:t>
            </w:r>
          </w:p>
        </w:tc>
        <w:tc>
          <w:tcPr>
            <w:tcW w:w="283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9CA98D" w14:textId="77777777" w:rsidR="000665C5" w:rsidRDefault="00000000">
            <w:r>
              <w:t>________________________</w:t>
            </w:r>
          </w:p>
        </w:tc>
      </w:tr>
      <w:tr w:rsidR="000665C5" w14:paraId="64A42E6F" w14:textId="77777777">
        <w:trPr>
          <w:jc w:val="right"/>
        </w:trPr>
        <w:tc>
          <w:tcPr>
            <w:tcW w:w="238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41F31B" w14:textId="77777777" w:rsidR="000665C5" w:rsidRDefault="00000000">
            <w:r>
              <w:rPr>
                <w:b/>
              </w:rPr>
              <w:t>KLASA:</w:t>
            </w:r>
          </w:p>
        </w:tc>
        <w:tc>
          <w:tcPr>
            <w:tcW w:w="283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1819D8" w14:textId="77777777" w:rsidR="000665C5" w:rsidRDefault="00000000">
            <w:r>
              <w:t>________________________</w:t>
            </w:r>
          </w:p>
        </w:tc>
      </w:tr>
      <w:tr w:rsidR="000665C5" w14:paraId="4714629A" w14:textId="77777777">
        <w:trPr>
          <w:jc w:val="right"/>
        </w:trPr>
        <w:tc>
          <w:tcPr>
            <w:tcW w:w="238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9656A8" w14:textId="77777777" w:rsidR="000665C5" w:rsidRDefault="00000000">
            <w:r>
              <w:rPr>
                <w:b/>
              </w:rPr>
              <w:t>URBROJ:</w:t>
            </w:r>
          </w:p>
        </w:tc>
        <w:tc>
          <w:tcPr>
            <w:tcW w:w="283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8727F2" w14:textId="77777777" w:rsidR="000665C5" w:rsidRDefault="00000000">
            <w:r>
              <w:t>________________________</w:t>
            </w:r>
          </w:p>
        </w:tc>
      </w:tr>
    </w:tbl>
    <w:p w14:paraId="7417992A" w14:textId="77777777" w:rsidR="000665C5" w:rsidRDefault="00000000">
      <w:pPr>
        <w:spacing w:before="100" w:after="80"/>
      </w:pPr>
      <w:r>
        <w:rPr>
          <w:b/>
        </w:rPr>
        <w:t xml:space="preserve">Zahtjev podnosi: </w:t>
      </w:r>
      <w:r>
        <w:t>roditelj / skrbnik / udomitelj / druga osoba koja ostvaruje roditeljsku skrb (zaokružiti)</w:t>
      </w:r>
    </w:p>
    <w:p w14:paraId="485BDDB0" w14:textId="77777777" w:rsidR="000665C5" w:rsidRDefault="00000000">
      <w:pPr>
        <w:keepNext/>
        <w:shd w:val="clear" w:color="auto" w:fill="EAF2F8"/>
        <w:spacing w:before="120" w:after="80"/>
      </w:pPr>
      <w:r>
        <w:rPr>
          <w:b/>
          <w:color w:val="1F4E79"/>
        </w:rPr>
        <w:t>1. PODACI O DJETETU</w:t>
      </w:r>
    </w:p>
    <w:tbl>
      <w:tblPr>
        <w:tblStyle w:val="Reetkatablice"/>
        <w:tblW w:w="9807" w:type="dxa"/>
        <w:jc w:val="center"/>
        <w:tblLayout w:type="fixed"/>
        <w:tblLook w:val="04A0" w:firstRow="1" w:lastRow="0" w:firstColumn="1" w:lastColumn="0" w:noHBand="0" w:noVBand="1"/>
      </w:tblPr>
      <w:tblGrid>
        <w:gridCol w:w="3571"/>
        <w:gridCol w:w="6236"/>
      </w:tblGrid>
      <w:tr w:rsidR="000665C5" w14:paraId="731C0A2E" w14:textId="77777777">
        <w:trPr>
          <w:jc w:val="center"/>
        </w:trPr>
        <w:tc>
          <w:tcPr>
            <w:tcW w:w="357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54857A" w14:textId="77777777" w:rsidR="000665C5" w:rsidRDefault="00000000">
            <w:r>
              <w:rPr>
                <w:b/>
              </w:rPr>
              <w:t>Ime i prezime djeteta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91594F" w14:textId="77777777" w:rsidR="000665C5" w:rsidRDefault="00000000">
            <w:r>
              <w:br/>
            </w:r>
          </w:p>
        </w:tc>
      </w:tr>
      <w:tr w:rsidR="000665C5" w14:paraId="4F4693DE" w14:textId="77777777">
        <w:trPr>
          <w:jc w:val="center"/>
        </w:trPr>
        <w:tc>
          <w:tcPr>
            <w:tcW w:w="357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BF88CA" w14:textId="77777777" w:rsidR="000665C5" w:rsidRDefault="00000000">
            <w:r>
              <w:rPr>
                <w:b/>
              </w:rPr>
              <w:t>Datum i mjesto rođenja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EF6D72" w14:textId="77777777" w:rsidR="000665C5" w:rsidRDefault="00000000">
            <w:r>
              <w:br/>
            </w:r>
          </w:p>
        </w:tc>
      </w:tr>
      <w:tr w:rsidR="000665C5" w14:paraId="32551015" w14:textId="77777777">
        <w:trPr>
          <w:jc w:val="center"/>
        </w:trPr>
        <w:tc>
          <w:tcPr>
            <w:tcW w:w="357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A38363" w14:textId="77777777" w:rsidR="000665C5" w:rsidRDefault="00000000">
            <w:r>
              <w:rPr>
                <w:b/>
              </w:rPr>
              <w:t>OIB djeteta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F461B4" w14:textId="77777777" w:rsidR="000665C5" w:rsidRDefault="00000000">
            <w:r>
              <w:br/>
            </w:r>
          </w:p>
        </w:tc>
      </w:tr>
      <w:tr w:rsidR="000665C5" w14:paraId="648D0458" w14:textId="77777777">
        <w:trPr>
          <w:jc w:val="center"/>
        </w:trPr>
        <w:tc>
          <w:tcPr>
            <w:tcW w:w="357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56B95E" w14:textId="77777777" w:rsidR="000665C5" w:rsidRDefault="00000000">
            <w:r>
              <w:rPr>
                <w:b/>
              </w:rPr>
              <w:t>Adresa prebivališta/boravišta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12066C" w14:textId="77777777" w:rsidR="000665C5" w:rsidRDefault="00000000">
            <w:r>
              <w:br/>
            </w:r>
          </w:p>
        </w:tc>
      </w:tr>
      <w:tr w:rsidR="000665C5" w14:paraId="2FCF0DB3" w14:textId="77777777">
        <w:trPr>
          <w:jc w:val="center"/>
        </w:trPr>
        <w:tc>
          <w:tcPr>
            <w:tcW w:w="3571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EC9D22" w14:textId="77777777" w:rsidR="000665C5" w:rsidRDefault="00000000">
            <w:r>
              <w:rPr>
                <w:b/>
              </w:rPr>
              <w:t>Broj zdravstvene iskaznice</w:t>
            </w:r>
          </w:p>
        </w:tc>
        <w:tc>
          <w:tcPr>
            <w:tcW w:w="62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54C9D0" w14:textId="77777777" w:rsidR="000665C5" w:rsidRDefault="00000000">
            <w:r>
              <w:br/>
            </w:r>
          </w:p>
        </w:tc>
      </w:tr>
    </w:tbl>
    <w:p w14:paraId="354D5D67" w14:textId="77777777" w:rsidR="000665C5" w:rsidRDefault="00000000">
      <w:pPr>
        <w:spacing w:before="80" w:after="40"/>
      </w:pPr>
      <w:r>
        <w:rPr>
          <w:b/>
        </w:rPr>
        <w:t>Osnova uključivanja u program:</w:t>
      </w:r>
    </w:p>
    <w:p w14:paraId="7404F5EE" w14:textId="77777777" w:rsidR="000665C5" w:rsidRDefault="00000000">
      <w:pPr>
        <w:spacing w:after="40"/>
      </w:pPr>
      <w:r>
        <w:t>☐ dijete je u godini prije polaska u osnovnu školu i nije uključeno u redoviti program dječjeg vrtića</w:t>
      </w:r>
    </w:p>
    <w:p w14:paraId="7D5BB088" w14:textId="77777777" w:rsidR="000665C5" w:rsidRDefault="00000000">
      <w:pPr>
        <w:spacing w:after="40"/>
      </w:pPr>
      <w:r>
        <w:t>☐ djetetu je odgođen upis u prvi razred osnovne škole</w:t>
      </w:r>
    </w:p>
    <w:p w14:paraId="41904206" w14:textId="77777777" w:rsidR="000665C5" w:rsidRDefault="00000000">
      <w:pPr>
        <w:spacing w:after="40"/>
      </w:pPr>
      <w:r>
        <w:t>☐ dijete se uključuje dvije godine prije polaska u školu prema uvjetima propisanim za ranije uključivanje</w:t>
      </w:r>
    </w:p>
    <w:p w14:paraId="5641BA51" w14:textId="77777777" w:rsidR="000665C5" w:rsidRDefault="00000000">
      <w:pPr>
        <w:spacing w:after="40"/>
      </w:pPr>
      <w:r>
        <w:rPr>
          <w:b/>
        </w:rPr>
        <w:t>Je li dijete ranije pohađalo dječji vrtić ili drugi program? Ako jest, navedite ustanovu i razdoblje:</w:t>
      </w:r>
    </w:p>
    <w:p w14:paraId="3295A2F9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1C09A9A5" w14:textId="77777777" w:rsidR="00E14EDA" w:rsidRDefault="00E14EDA">
      <w:pPr>
        <w:keepNext/>
        <w:shd w:val="clear" w:color="auto" w:fill="EAF2F8"/>
        <w:spacing w:before="120" w:after="80"/>
        <w:rPr>
          <w:b/>
        </w:rPr>
      </w:pPr>
    </w:p>
    <w:p w14:paraId="53788D41" w14:textId="2EF22F34" w:rsidR="000665C5" w:rsidRDefault="00000000">
      <w:pPr>
        <w:keepNext/>
        <w:shd w:val="clear" w:color="auto" w:fill="EAF2F8"/>
        <w:spacing w:before="120" w:after="80"/>
      </w:pPr>
      <w:r>
        <w:rPr>
          <w:b/>
          <w:color w:val="1F4E79"/>
        </w:rPr>
        <w:t>2. PODACI O RODITELJIMA / SKRBNICIMA</w:t>
      </w:r>
    </w:p>
    <w:tbl>
      <w:tblPr>
        <w:tblStyle w:val="Reetkatablice"/>
        <w:tblW w:w="980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3571"/>
        <w:gridCol w:w="3571"/>
      </w:tblGrid>
      <w:tr w:rsidR="000665C5" w14:paraId="4DD1E0F6" w14:textId="77777777">
        <w:trPr>
          <w:jc w:val="center"/>
        </w:trPr>
        <w:tc>
          <w:tcPr>
            <w:tcW w:w="2664" w:type="dxa"/>
            <w:shd w:val="clear" w:color="auto" w:fill="EAF2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CFE355" w14:textId="77777777" w:rsidR="000665C5" w:rsidRDefault="00000000">
            <w:r>
              <w:rPr>
                <w:b/>
              </w:rPr>
              <w:t>Podatak</w:t>
            </w:r>
          </w:p>
        </w:tc>
        <w:tc>
          <w:tcPr>
            <w:tcW w:w="3571" w:type="dxa"/>
            <w:shd w:val="clear" w:color="auto" w:fill="EAF2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51233A" w14:textId="77777777" w:rsidR="000665C5" w:rsidRDefault="00000000">
            <w:r>
              <w:rPr>
                <w:b/>
              </w:rPr>
              <w:t>Roditelj/skrbnik 1</w:t>
            </w:r>
          </w:p>
        </w:tc>
        <w:tc>
          <w:tcPr>
            <w:tcW w:w="3571" w:type="dxa"/>
            <w:shd w:val="clear" w:color="auto" w:fill="EAF2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FC11867" w14:textId="77777777" w:rsidR="000665C5" w:rsidRDefault="00000000">
            <w:r>
              <w:rPr>
                <w:b/>
              </w:rPr>
              <w:t>Roditelj/skrbnik 2</w:t>
            </w:r>
          </w:p>
        </w:tc>
      </w:tr>
      <w:tr w:rsidR="000665C5" w14:paraId="77BE4B8A" w14:textId="77777777">
        <w:trPr>
          <w:jc w:val="center"/>
        </w:trPr>
        <w:tc>
          <w:tcPr>
            <w:tcW w:w="2664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B02A64" w14:textId="77777777" w:rsidR="000665C5" w:rsidRDefault="00000000">
            <w:r>
              <w:rPr>
                <w:b/>
              </w:rPr>
              <w:t>Ime i prezime</w:t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56FCD2" w14:textId="77777777" w:rsidR="000665C5" w:rsidRDefault="00000000">
            <w:r>
              <w:br/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2DCA80" w14:textId="77777777" w:rsidR="000665C5" w:rsidRDefault="00000000">
            <w:r>
              <w:br/>
            </w:r>
          </w:p>
        </w:tc>
      </w:tr>
      <w:tr w:rsidR="000665C5" w14:paraId="1CCE311E" w14:textId="77777777">
        <w:trPr>
          <w:jc w:val="center"/>
        </w:trPr>
        <w:tc>
          <w:tcPr>
            <w:tcW w:w="2664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64F26E" w14:textId="77777777" w:rsidR="000665C5" w:rsidRDefault="00000000">
            <w:r>
              <w:rPr>
                <w:b/>
              </w:rPr>
              <w:t>Adresa, ako je različita od djetetove</w:t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B55394" w14:textId="77777777" w:rsidR="000665C5" w:rsidRDefault="00000000">
            <w:r>
              <w:br/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544B00" w14:textId="77777777" w:rsidR="000665C5" w:rsidRDefault="00000000">
            <w:r>
              <w:br/>
            </w:r>
          </w:p>
        </w:tc>
      </w:tr>
      <w:tr w:rsidR="000665C5" w14:paraId="2285AAC8" w14:textId="77777777">
        <w:trPr>
          <w:jc w:val="center"/>
        </w:trPr>
        <w:tc>
          <w:tcPr>
            <w:tcW w:w="2664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3F17E1" w14:textId="77777777" w:rsidR="000665C5" w:rsidRDefault="00000000">
            <w:r>
              <w:rPr>
                <w:b/>
              </w:rPr>
              <w:lastRenderedPageBreak/>
              <w:t>Telefon/mobitel</w:t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83CD41" w14:textId="77777777" w:rsidR="000665C5" w:rsidRDefault="00000000">
            <w:r>
              <w:br/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66317F" w14:textId="77777777" w:rsidR="000665C5" w:rsidRDefault="00000000">
            <w:r>
              <w:br/>
            </w:r>
          </w:p>
        </w:tc>
      </w:tr>
      <w:tr w:rsidR="000665C5" w14:paraId="71F28214" w14:textId="77777777">
        <w:trPr>
          <w:jc w:val="center"/>
        </w:trPr>
        <w:tc>
          <w:tcPr>
            <w:tcW w:w="2664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F585BB" w14:textId="77777777" w:rsidR="000665C5" w:rsidRDefault="00000000">
            <w:r>
              <w:rPr>
                <w:b/>
              </w:rPr>
              <w:t>E-pošta</w:t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185748" w14:textId="77777777" w:rsidR="000665C5" w:rsidRDefault="00000000">
            <w:r>
              <w:br/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D96B34" w14:textId="77777777" w:rsidR="000665C5" w:rsidRDefault="00000000">
            <w:r>
              <w:br/>
            </w:r>
          </w:p>
        </w:tc>
      </w:tr>
      <w:tr w:rsidR="000665C5" w14:paraId="0562751F" w14:textId="77777777">
        <w:trPr>
          <w:jc w:val="center"/>
        </w:trPr>
        <w:tc>
          <w:tcPr>
            <w:tcW w:w="2664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753172" w14:textId="77777777" w:rsidR="000665C5" w:rsidRDefault="00000000">
            <w:r>
              <w:rPr>
                <w:b/>
              </w:rPr>
              <w:t>Odnos prema djetetu</w:t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F6F01A" w14:textId="77777777" w:rsidR="000665C5" w:rsidRDefault="00000000">
            <w:r>
              <w:br/>
            </w:r>
          </w:p>
        </w:tc>
        <w:tc>
          <w:tcPr>
            <w:tcW w:w="35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6601DF" w14:textId="77777777" w:rsidR="000665C5" w:rsidRDefault="00000000">
            <w:r>
              <w:br/>
            </w:r>
          </w:p>
        </w:tc>
      </w:tr>
    </w:tbl>
    <w:p w14:paraId="2D33E713" w14:textId="77777777" w:rsidR="000665C5" w:rsidRDefault="00000000">
      <w:pPr>
        <w:spacing w:after="40"/>
      </w:pPr>
      <w:r>
        <w:rPr>
          <w:b/>
        </w:rPr>
        <w:t>Osoba koju Vrtić prvu kontaktira u hitnom slučaju (ime, odnos prema djetetu i telefon):</w:t>
      </w:r>
    </w:p>
    <w:p w14:paraId="3B34A250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6D43ABCE" w14:textId="77777777" w:rsidR="000665C5" w:rsidRDefault="00000000">
      <w:pPr>
        <w:spacing w:after="40"/>
      </w:pPr>
      <w:r>
        <w:rPr>
          <w:b/>
        </w:rPr>
        <w:t xml:space="preserve">Postoji li odluka nadležnog tijela koja utječe na ostvarivanje roditeljske skrbi, kontakte ili preuzimanje djeteta? </w:t>
      </w:r>
      <w:r>
        <w:t>DA / NE</w:t>
      </w:r>
    </w:p>
    <w:p w14:paraId="5822E862" w14:textId="77777777" w:rsidR="000665C5" w:rsidRDefault="00000000">
      <w:pPr>
        <w:spacing w:after="20"/>
      </w:pPr>
      <w:r>
        <w:t>Ako da, priložiti presliku samo relevantnog dijela odluke i kratko navesti što je važno za postupanje Vrtića: ______________________________________________________________</w:t>
      </w:r>
    </w:p>
    <w:p w14:paraId="4E39DCD4" w14:textId="77777777" w:rsidR="000665C5" w:rsidRDefault="00000000">
      <w:pPr>
        <w:keepNext/>
        <w:shd w:val="clear" w:color="auto" w:fill="EAF2F8"/>
        <w:spacing w:before="120" w:after="80"/>
      </w:pPr>
      <w:r>
        <w:rPr>
          <w:b/>
          <w:color w:val="1F4E79"/>
        </w:rPr>
        <w:t>3. ZDRAVSTVENE I RAZVOJNE POTREBE DJETETA</w:t>
      </w:r>
    </w:p>
    <w:p w14:paraId="1CD99A11" w14:textId="77777777" w:rsidR="000665C5" w:rsidRDefault="00000000">
      <w:pPr>
        <w:spacing w:after="100"/>
      </w:pPr>
      <w:r>
        <w:rPr>
          <w:i/>
          <w:color w:val="505050"/>
        </w:rPr>
        <w:t>Navode se samo podaci koji su važni za siguran boravak djeteta i prilagodbu odgojno-obrazovnog rada.</w:t>
      </w:r>
    </w:p>
    <w:tbl>
      <w:tblPr>
        <w:tblStyle w:val="Reetkatablice"/>
        <w:tblW w:w="9807" w:type="dxa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6179"/>
      </w:tblGrid>
      <w:tr w:rsidR="000665C5" w14:paraId="2EECA30A" w14:textId="77777777">
        <w:trPr>
          <w:jc w:val="center"/>
        </w:trPr>
        <w:tc>
          <w:tcPr>
            <w:tcW w:w="36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F84AFA" w14:textId="77777777" w:rsidR="000665C5" w:rsidRDefault="00000000">
            <w:r>
              <w:rPr>
                <w:b/>
              </w:rPr>
              <w:t>Izabrani pedijatar/liječnik i kontakt</w:t>
            </w:r>
          </w:p>
        </w:tc>
        <w:tc>
          <w:tcPr>
            <w:tcW w:w="61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6139A0" w14:textId="77777777" w:rsidR="000665C5" w:rsidRDefault="00000000">
            <w:r>
              <w:br/>
            </w:r>
            <w:r>
              <w:br/>
            </w:r>
          </w:p>
        </w:tc>
      </w:tr>
      <w:tr w:rsidR="000665C5" w14:paraId="7F1EE6FC" w14:textId="77777777">
        <w:trPr>
          <w:jc w:val="center"/>
        </w:trPr>
        <w:tc>
          <w:tcPr>
            <w:tcW w:w="36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379066" w14:textId="77777777" w:rsidR="000665C5" w:rsidRDefault="00000000">
            <w:r>
              <w:rPr>
                <w:b/>
              </w:rPr>
              <w:t>Alergije i način postupanja</w:t>
            </w:r>
          </w:p>
        </w:tc>
        <w:tc>
          <w:tcPr>
            <w:tcW w:w="61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AB63C2" w14:textId="77777777" w:rsidR="000665C5" w:rsidRDefault="00000000">
            <w:r>
              <w:br/>
            </w:r>
            <w:r>
              <w:br/>
            </w:r>
          </w:p>
        </w:tc>
      </w:tr>
      <w:tr w:rsidR="000665C5" w14:paraId="3CC02DFD" w14:textId="77777777">
        <w:trPr>
          <w:jc w:val="center"/>
        </w:trPr>
        <w:tc>
          <w:tcPr>
            <w:tcW w:w="36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9045C2" w14:textId="77777777" w:rsidR="000665C5" w:rsidRDefault="00000000">
            <w:r>
              <w:rPr>
                <w:b/>
              </w:rPr>
              <w:t>Kronične bolesti, terapija ili hitni postupak</w:t>
            </w:r>
          </w:p>
        </w:tc>
        <w:tc>
          <w:tcPr>
            <w:tcW w:w="61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D11930" w14:textId="77777777" w:rsidR="000665C5" w:rsidRDefault="00000000">
            <w:r>
              <w:br/>
            </w:r>
            <w:r>
              <w:br/>
            </w:r>
          </w:p>
        </w:tc>
      </w:tr>
      <w:tr w:rsidR="000665C5" w14:paraId="6937AA17" w14:textId="77777777">
        <w:trPr>
          <w:jc w:val="center"/>
        </w:trPr>
        <w:tc>
          <w:tcPr>
            <w:tcW w:w="36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B11DCD" w14:textId="77777777" w:rsidR="000665C5" w:rsidRDefault="00000000">
            <w:r>
              <w:rPr>
                <w:b/>
              </w:rPr>
              <w:t>Posebne prehrambene potrebe</w:t>
            </w:r>
          </w:p>
        </w:tc>
        <w:tc>
          <w:tcPr>
            <w:tcW w:w="61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D1019D" w14:textId="77777777" w:rsidR="000665C5" w:rsidRDefault="00000000">
            <w:r>
              <w:br/>
            </w:r>
            <w:r>
              <w:br/>
            </w:r>
          </w:p>
        </w:tc>
      </w:tr>
      <w:tr w:rsidR="000665C5" w14:paraId="09883B73" w14:textId="77777777">
        <w:trPr>
          <w:jc w:val="center"/>
        </w:trPr>
        <w:tc>
          <w:tcPr>
            <w:tcW w:w="36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852E31" w14:textId="77777777" w:rsidR="000665C5" w:rsidRDefault="00000000">
            <w:r>
              <w:rPr>
                <w:b/>
              </w:rPr>
              <w:t>Teškoće u razvoju ili druge potrebe važne za uključivanje</w:t>
            </w:r>
          </w:p>
        </w:tc>
        <w:tc>
          <w:tcPr>
            <w:tcW w:w="61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49CE9D" w14:textId="77777777" w:rsidR="000665C5" w:rsidRDefault="00000000">
            <w:r>
              <w:br/>
            </w:r>
            <w:r>
              <w:br/>
            </w:r>
          </w:p>
        </w:tc>
      </w:tr>
    </w:tbl>
    <w:p w14:paraId="4A5D5928" w14:textId="77777777" w:rsidR="000665C5" w:rsidRDefault="00000000">
      <w:pPr>
        <w:spacing w:after="40"/>
      </w:pPr>
      <w:r>
        <w:rPr>
          <w:b/>
        </w:rPr>
        <w:t>Usluge stručnjaka koje dijete koristi i preporuke važne za rad u programu (ako je primjenjivo):</w:t>
      </w:r>
    </w:p>
    <w:p w14:paraId="7A323E13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74846A57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16F08D29" w14:textId="77777777" w:rsidR="000665C5" w:rsidRDefault="00000000">
      <w:pPr>
        <w:spacing w:after="40"/>
      </w:pPr>
      <w:r>
        <w:rPr>
          <w:b/>
        </w:rPr>
        <w:t>Što djetetu pomaže pri prilagodbi, komunikaciji, smirivanju ili uključivanju u skupinu?</w:t>
      </w:r>
    </w:p>
    <w:p w14:paraId="2564139F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0B51774F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4F5ABC2F" w14:textId="77777777" w:rsidR="000665C5" w:rsidRDefault="00000000">
      <w:pPr>
        <w:spacing w:after="40"/>
      </w:pPr>
      <w:r>
        <w:rPr>
          <w:b/>
        </w:rPr>
        <w:t>Druge važne informacije o djetetu koje roditelj/skrbnik želi podijeliti s Vrtićem:</w:t>
      </w:r>
    </w:p>
    <w:p w14:paraId="66F23089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743CF353" w14:textId="77777777" w:rsidR="000665C5" w:rsidRDefault="00000000">
      <w:pPr>
        <w:spacing w:after="20" w:line="204" w:lineRule="auto"/>
      </w:pPr>
      <w:r>
        <w:rPr>
          <w:color w:val="787878"/>
          <w:sz w:val="20"/>
        </w:rPr>
        <w:t>_______________________________________________________________________________________________</w:t>
      </w:r>
    </w:p>
    <w:p w14:paraId="614FA525" w14:textId="77777777" w:rsidR="000665C5" w:rsidRDefault="00000000">
      <w:pPr>
        <w:keepNext/>
        <w:shd w:val="clear" w:color="auto" w:fill="EAF2F8"/>
        <w:spacing w:before="120" w:after="80"/>
      </w:pPr>
      <w:r>
        <w:rPr>
          <w:b/>
          <w:color w:val="1F4E79"/>
        </w:rPr>
        <w:t>4. PREUZIMANJE DJETETA</w:t>
      </w:r>
    </w:p>
    <w:p w14:paraId="477F6F28" w14:textId="6BF161FE" w:rsidR="000665C5" w:rsidRDefault="00000000">
      <w:pPr>
        <w:spacing w:after="80"/>
      </w:pPr>
      <w:r>
        <w:t xml:space="preserve">Dijete, osim </w:t>
      </w:r>
      <w:proofErr w:type="spellStart"/>
      <w:r>
        <w:t>roditelja</w:t>
      </w:r>
      <w:proofErr w:type="spellEnd"/>
      <w:r>
        <w:t>/</w:t>
      </w:r>
      <w:proofErr w:type="spellStart"/>
      <w:r>
        <w:t>skrbnika</w:t>
      </w:r>
      <w:proofErr w:type="spellEnd"/>
      <w:r>
        <w:t xml:space="preserve">,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preuzimati</w:t>
      </w:r>
      <w:proofErr w:type="spellEnd"/>
      <w:r>
        <w:t xml:space="preserve"> </w:t>
      </w:r>
      <w:proofErr w:type="spellStart"/>
      <w:r>
        <w:t>sljedeće</w:t>
      </w:r>
      <w:proofErr w:type="spellEnd"/>
      <w:r w:rsidR="00E14EDA">
        <w:t xml:space="preserve"> tri</w:t>
      </w:r>
      <w:r>
        <w:t xml:space="preserve"> </w:t>
      </w:r>
      <w:proofErr w:type="spellStart"/>
      <w:r>
        <w:t>punoljetne</w:t>
      </w:r>
      <w:proofErr w:type="spellEnd"/>
      <w:r>
        <w:t xml:space="preserve"> </w:t>
      </w:r>
      <w:proofErr w:type="spellStart"/>
      <w:r>
        <w:t>osobe</w:t>
      </w:r>
      <w:proofErr w:type="spellEnd"/>
      <w:r>
        <w:t>:</w:t>
      </w:r>
    </w:p>
    <w:tbl>
      <w:tblPr>
        <w:tblStyle w:val="Reetkatablice"/>
        <w:tblW w:w="9807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2834"/>
        <w:gridCol w:w="3004"/>
      </w:tblGrid>
      <w:tr w:rsidR="000665C5" w14:paraId="009AE5DC" w14:textId="77777777">
        <w:trPr>
          <w:jc w:val="center"/>
        </w:trPr>
        <w:tc>
          <w:tcPr>
            <w:tcW w:w="3968" w:type="dxa"/>
            <w:shd w:val="clear" w:color="auto" w:fill="EAF2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D82EE3" w14:textId="77777777" w:rsidR="000665C5" w:rsidRDefault="00000000">
            <w:r>
              <w:rPr>
                <w:b/>
              </w:rPr>
              <w:t>Ime i prezime</w:t>
            </w:r>
          </w:p>
        </w:tc>
        <w:tc>
          <w:tcPr>
            <w:tcW w:w="2834" w:type="dxa"/>
            <w:shd w:val="clear" w:color="auto" w:fill="EAF2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8BC71B" w14:textId="77777777" w:rsidR="000665C5" w:rsidRDefault="00000000">
            <w:r>
              <w:rPr>
                <w:b/>
              </w:rPr>
              <w:t>Odnos prema djetetu</w:t>
            </w:r>
          </w:p>
        </w:tc>
        <w:tc>
          <w:tcPr>
            <w:tcW w:w="3004" w:type="dxa"/>
            <w:shd w:val="clear" w:color="auto" w:fill="EAF2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622E65" w14:textId="77777777" w:rsidR="000665C5" w:rsidRDefault="00000000">
            <w:r>
              <w:rPr>
                <w:b/>
              </w:rPr>
              <w:t>Telefon</w:t>
            </w:r>
          </w:p>
        </w:tc>
      </w:tr>
      <w:tr w:rsidR="000665C5" w14:paraId="6F8CDBDA" w14:textId="77777777">
        <w:trPr>
          <w:jc w:val="center"/>
        </w:trPr>
        <w:tc>
          <w:tcPr>
            <w:tcW w:w="3968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70E47D" w14:textId="77777777" w:rsidR="000665C5" w:rsidRDefault="00000000">
            <w:r>
              <w:br/>
            </w:r>
          </w:p>
        </w:tc>
        <w:tc>
          <w:tcPr>
            <w:tcW w:w="283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FA78C2" w14:textId="77777777" w:rsidR="000665C5" w:rsidRDefault="00000000">
            <w:r>
              <w:br/>
            </w:r>
          </w:p>
        </w:tc>
        <w:tc>
          <w:tcPr>
            <w:tcW w:w="300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F79E9E" w14:textId="77777777" w:rsidR="000665C5" w:rsidRDefault="00000000">
            <w:r>
              <w:br/>
            </w:r>
          </w:p>
        </w:tc>
      </w:tr>
      <w:tr w:rsidR="000665C5" w14:paraId="3EBF2EAC" w14:textId="77777777">
        <w:trPr>
          <w:jc w:val="center"/>
        </w:trPr>
        <w:tc>
          <w:tcPr>
            <w:tcW w:w="3968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DB2CD7" w14:textId="77777777" w:rsidR="000665C5" w:rsidRDefault="00000000">
            <w:r>
              <w:lastRenderedPageBreak/>
              <w:br/>
            </w:r>
          </w:p>
        </w:tc>
        <w:tc>
          <w:tcPr>
            <w:tcW w:w="283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53E449" w14:textId="77777777" w:rsidR="000665C5" w:rsidRDefault="00000000">
            <w:r>
              <w:br/>
            </w:r>
          </w:p>
        </w:tc>
        <w:tc>
          <w:tcPr>
            <w:tcW w:w="300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69967F" w14:textId="77777777" w:rsidR="000665C5" w:rsidRDefault="00000000">
            <w:r>
              <w:br/>
            </w:r>
          </w:p>
        </w:tc>
      </w:tr>
      <w:tr w:rsidR="000665C5" w14:paraId="3D05AF27" w14:textId="77777777">
        <w:trPr>
          <w:jc w:val="center"/>
        </w:trPr>
        <w:tc>
          <w:tcPr>
            <w:tcW w:w="3968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6E6097" w14:textId="77777777" w:rsidR="000665C5" w:rsidRDefault="00000000">
            <w:r>
              <w:br/>
            </w:r>
          </w:p>
        </w:tc>
        <w:tc>
          <w:tcPr>
            <w:tcW w:w="283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7C4E1B" w14:textId="77777777" w:rsidR="000665C5" w:rsidRDefault="00000000">
            <w:r>
              <w:br/>
            </w:r>
          </w:p>
        </w:tc>
        <w:tc>
          <w:tcPr>
            <w:tcW w:w="300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CD460F" w14:textId="77777777" w:rsidR="000665C5" w:rsidRDefault="00000000">
            <w:r>
              <w:br/>
            </w:r>
          </w:p>
        </w:tc>
      </w:tr>
    </w:tbl>
    <w:p w14:paraId="1E1D2ED5" w14:textId="77777777" w:rsidR="000665C5" w:rsidRDefault="00000000">
      <w:pPr>
        <w:keepNext/>
        <w:shd w:val="clear" w:color="auto" w:fill="EAF2F8"/>
        <w:spacing w:before="120" w:after="80"/>
      </w:pPr>
      <w:r>
        <w:rPr>
          <w:b/>
          <w:color w:val="1F4E79"/>
        </w:rPr>
        <w:t>5. PRILOŽENA DOKUMENTACIJA</w:t>
      </w:r>
    </w:p>
    <w:p w14:paraId="609A55AD" w14:textId="77777777" w:rsidR="000665C5" w:rsidRDefault="00000000">
      <w:pPr>
        <w:spacing w:after="40"/>
      </w:pPr>
      <w:r>
        <w:t>☐ rodni list, izvadak iz matice rođenih ili potvrda s podacima o rođenju djeteta</w:t>
      </w:r>
    </w:p>
    <w:p w14:paraId="1BD5C5CF" w14:textId="77777777" w:rsidR="000665C5" w:rsidRDefault="00000000">
      <w:pPr>
        <w:spacing w:after="40"/>
      </w:pPr>
      <w:r>
        <w:t>☐ dokaz o prebivalištu/boravištu djeteta</w:t>
      </w:r>
    </w:p>
    <w:p w14:paraId="7312689E" w14:textId="77777777" w:rsidR="000665C5" w:rsidRDefault="00000000">
      <w:pPr>
        <w:spacing w:after="40"/>
      </w:pPr>
      <w:r>
        <w:t>☐ preslika zdravstvene iskaznice djeteta</w:t>
      </w:r>
    </w:p>
    <w:p w14:paraId="24446E1C" w14:textId="77777777" w:rsidR="000665C5" w:rsidRDefault="00000000">
      <w:pPr>
        <w:spacing w:after="40"/>
      </w:pPr>
      <w:r>
        <w:t>☐ preslika iskaznice imunizacije djeteta</w:t>
      </w:r>
    </w:p>
    <w:p w14:paraId="7040F39F" w14:textId="77777777" w:rsidR="000665C5" w:rsidRDefault="00000000">
      <w:pPr>
        <w:spacing w:after="40"/>
      </w:pPr>
      <w:r>
        <w:t>☐ potvrda o obavljenom sistematskom zdravstvenom pregledu djeteta, ne starija od 30 dana prije početka pohađanja programa</w:t>
      </w:r>
    </w:p>
    <w:p w14:paraId="06CF1799" w14:textId="77777777" w:rsidR="000665C5" w:rsidRDefault="00000000">
      <w:pPr>
        <w:spacing w:after="40"/>
      </w:pPr>
      <w:r>
        <w:t>☐ medicinska ili druga stručna dokumentacija važna za posebne zdravstvene ili razvojne potrebe djeteta, ako je primjenjivo</w:t>
      </w:r>
    </w:p>
    <w:p w14:paraId="51C8ED5F" w14:textId="77777777" w:rsidR="000665C5" w:rsidRDefault="00000000">
      <w:pPr>
        <w:spacing w:after="40"/>
      </w:pPr>
      <w:r>
        <w:t>☐ rješenje o odgodi upisa u prvi razred osnovne škole, ako je primjenjivo</w:t>
      </w:r>
    </w:p>
    <w:p w14:paraId="24473679" w14:textId="77777777" w:rsidR="000665C5" w:rsidRDefault="00000000">
      <w:pPr>
        <w:spacing w:after="40"/>
      </w:pPr>
      <w:r>
        <w:t>☐ druga relevantna odluka nadležnog tijela, ako je primjenjivo: ______________________________</w:t>
      </w:r>
    </w:p>
    <w:p w14:paraId="5B017514" w14:textId="77777777" w:rsidR="000665C5" w:rsidRDefault="00000000">
      <w:pPr>
        <w:keepNext/>
        <w:shd w:val="clear" w:color="auto" w:fill="EAF2F8"/>
        <w:spacing w:before="120" w:after="80"/>
      </w:pPr>
      <w:r>
        <w:rPr>
          <w:b/>
          <w:color w:val="1F4E79"/>
        </w:rPr>
        <w:t>6. IZJAVA PODNOSITELJA ZAHTJEVA</w:t>
      </w:r>
    </w:p>
    <w:p w14:paraId="61F57826" w14:textId="77777777" w:rsidR="000665C5" w:rsidRDefault="00000000">
      <w:pPr>
        <w:jc w:val="both"/>
      </w:pPr>
      <w:r>
        <w:t>Izjavljujem da su podaci navedeni u ovom zahtjevu potpuni i istiniti te se obvezujem Vrtić bez odgode obavijestiti o promjenama važnim za sigurnost djeteta, kontakte i provedbu programa. Upoznat/a sam da Vrtić osobne podatke obrađuje radi provedbe upisa, ostvarivanja programa predškole, zaštite zdravlja i sigurnosti djeteta te ispunjavanja zakonskih obveza, u skladu s propisima o predškolskom odgoju i obrazovanju i zaštiti osobnih podataka.</w:t>
      </w:r>
    </w:p>
    <w:tbl>
      <w:tblPr>
        <w:tblW w:w="9807" w:type="dxa"/>
        <w:jc w:val="center"/>
        <w:tblLayout w:type="fixed"/>
        <w:tblLook w:val="04A0" w:firstRow="1" w:lastRow="0" w:firstColumn="1" w:lastColumn="0" w:noHBand="0" w:noVBand="1"/>
      </w:tblPr>
      <w:tblGrid>
        <w:gridCol w:w="4903"/>
        <w:gridCol w:w="4904"/>
      </w:tblGrid>
      <w:tr w:rsidR="000665C5" w14:paraId="2127B770" w14:textId="77777777">
        <w:trPr>
          <w:jc w:val="center"/>
        </w:trPr>
        <w:tc>
          <w:tcPr>
            <w:tcW w:w="49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0F3B9F" w14:textId="77777777" w:rsidR="000665C5" w:rsidRDefault="00000000">
            <w:r>
              <w:t>U ____________________, ____________ 2026.</w:t>
            </w:r>
          </w:p>
        </w:tc>
        <w:tc>
          <w:tcPr>
            <w:tcW w:w="49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6F193A" w14:textId="77777777" w:rsidR="000665C5" w:rsidRDefault="00000000">
            <w:r>
              <w:t>Ime i prezime podnositelja:</w:t>
            </w:r>
            <w:r>
              <w:br/>
            </w:r>
            <w:r>
              <w:br/>
              <w:t>____________________________</w:t>
            </w:r>
          </w:p>
        </w:tc>
      </w:tr>
      <w:tr w:rsidR="000665C5" w14:paraId="3586C2D2" w14:textId="77777777">
        <w:trPr>
          <w:jc w:val="center"/>
        </w:trPr>
        <w:tc>
          <w:tcPr>
            <w:tcW w:w="49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B516B6" w14:textId="77777777" w:rsidR="000665C5" w:rsidRDefault="00000000">
            <w:r>
              <w:t>Potpis podnositelja:</w:t>
            </w:r>
            <w:r>
              <w:br/>
            </w:r>
            <w:r>
              <w:br/>
              <w:t>____________________________</w:t>
            </w:r>
          </w:p>
        </w:tc>
        <w:tc>
          <w:tcPr>
            <w:tcW w:w="49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35017C" w14:textId="77777777" w:rsidR="000665C5" w:rsidRDefault="00000000">
            <w:r>
              <w:t>Potpis drugog roditelja/skrbnika*:</w:t>
            </w:r>
            <w:r>
              <w:br/>
            </w:r>
            <w:r>
              <w:br/>
              <w:t>____________________________</w:t>
            </w:r>
          </w:p>
        </w:tc>
      </w:tr>
      <w:tr w:rsidR="000665C5" w14:paraId="4F462C55" w14:textId="77777777">
        <w:trPr>
          <w:jc w:val="center"/>
        </w:trPr>
        <w:tc>
          <w:tcPr>
            <w:tcW w:w="9806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ECC4CA" w14:textId="77777777" w:rsidR="000665C5" w:rsidRDefault="00000000">
            <w:r>
              <w:rPr>
                <w:i/>
                <w:sz w:val="20"/>
              </w:rPr>
              <w:t>* Potpis drugog roditelja/skrbnika daje se kada je to potrebno prema okolnostima ostvarivanja roditeljske skrbi. Ako zahtjev podnosi samo jedan roditelj/skrbnik, Vrtić može zatražiti dodatno pojašnjenje ili odgovarajući dokaz kada je to potrebno.</w:t>
            </w:r>
          </w:p>
        </w:tc>
      </w:tr>
    </w:tbl>
    <w:p w14:paraId="521FA680" w14:textId="77777777" w:rsidR="00FF7DFC" w:rsidRDefault="00FF7DFC"/>
    <w:sectPr w:rsidR="00FF7DFC" w:rsidSect="00034616">
      <w:footerReference w:type="default" r:id="rId9"/>
      <w:pgSz w:w="11906" w:h="16838"/>
      <w:pgMar w:top="765" w:right="964" w:bottom="765" w:left="96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A490" w14:textId="77777777" w:rsidR="00FF7DFC" w:rsidRDefault="00FF7DFC">
      <w:pPr>
        <w:spacing w:after="0" w:line="240" w:lineRule="auto"/>
      </w:pPr>
      <w:r>
        <w:separator/>
      </w:r>
    </w:p>
  </w:endnote>
  <w:endnote w:type="continuationSeparator" w:id="0">
    <w:p w14:paraId="4484D4D7" w14:textId="77777777" w:rsidR="00FF7DFC" w:rsidRDefault="00FF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D3BA" w14:textId="77777777" w:rsidR="000665C5" w:rsidRDefault="00000000">
    <w:pPr>
      <w:pStyle w:val="Podnoje"/>
      <w:jc w:val="center"/>
    </w:pPr>
    <w:proofErr w:type="spellStart"/>
    <w:r>
      <w:rPr>
        <w:color w:val="6E6E6E"/>
        <w:sz w:val="18"/>
      </w:rPr>
      <w:t>Dječji</w:t>
    </w:r>
    <w:proofErr w:type="spellEnd"/>
    <w:r>
      <w:rPr>
        <w:color w:val="6E6E6E"/>
        <w:sz w:val="18"/>
      </w:rPr>
      <w:t xml:space="preserve"> </w:t>
    </w:r>
    <w:proofErr w:type="spellStart"/>
    <w:r>
      <w:rPr>
        <w:color w:val="6E6E6E"/>
        <w:sz w:val="18"/>
      </w:rPr>
      <w:t>vrtić</w:t>
    </w:r>
    <w:proofErr w:type="spellEnd"/>
    <w:r>
      <w:rPr>
        <w:color w:val="6E6E6E"/>
        <w:sz w:val="18"/>
      </w:rPr>
      <w:t xml:space="preserve"> Bambi Sunja • </w:t>
    </w:r>
    <w:proofErr w:type="spellStart"/>
    <w:r>
      <w:rPr>
        <w:color w:val="6E6E6E"/>
        <w:sz w:val="18"/>
      </w:rPr>
      <w:t>Zahtjev</w:t>
    </w:r>
    <w:proofErr w:type="spellEnd"/>
    <w:r>
      <w:rPr>
        <w:color w:val="6E6E6E"/>
        <w:sz w:val="18"/>
      </w:rPr>
      <w:t xml:space="preserve"> za </w:t>
    </w:r>
    <w:proofErr w:type="spellStart"/>
    <w:r>
      <w:rPr>
        <w:color w:val="6E6E6E"/>
        <w:sz w:val="18"/>
      </w:rPr>
      <w:t>upis</w:t>
    </w:r>
    <w:proofErr w:type="spellEnd"/>
    <w:r>
      <w:rPr>
        <w:color w:val="6E6E6E"/>
        <w:sz w:val="18"/>
      </w:rPr>
      <w:t xml:space="preserve"> u program </w:t>
    </w:r>
    <w:proofErr w:type="spellStart"/>
    <w:r>
      <w:rPr>
        <w:color w:val="6E6E6E"/>
        <w:sz w:val="18"/>
      </w:rPr>
      <w:t>predškole</w:t>
    </w:r>
    <w:proofErr w:type="spellEnd"/>
    <w:r>
      <w:rPr>
        <w:color w:val="6E6E6E"/>
        <w:sz w:val="18"/>
      </w:rPr>
      <w:t xml:space="preserve"> </w:t>
    </w:r>
    <w:proofErr w:type="gramStart"/>
    <w:r>
      <w:rPr>
        <w:color w:val="6E6E6E"/>
        <w:sz w:val="18"/>
      </w:rPr>
      <w:t>2026./</w:t>
    </w:r>
    <w:proofErr w:type="gramEnd"/>
    <w:r>
      <w:rPr>
        <w:color w:val="6E6E6E"/>
        <w:sz w:val="18"/>
      </w:rPr>
      <w:t>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0CF89" w14:textId="77777777" w:rsidR="00FF7DFC" w:rsidRDefault="00FF7DFC">
      <w:pPr>
        <w:spacing w:after="0" w:line="240" w:lineRule="auto"/>
      </w:pPr>
      <w:r>
        <w:separator/>
      </w:r>
    </w:p>
  </w:footnote>
  <w:footnote w:type="continuationSeparator" w:id="0">
    <w:p w14:paraId="558A325A" w14:textId="77777777" w:rsidR="00FF7DFC" w:rsidRDefault="00FF7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6062613">
    <w:abstractNumId w:val="8"/>
  </w:num>
  <w:num w:numId="2" w16cid:durableId="1117523392">
    <w:abstractNumId w:val="6"/>
  </w:num>
  <w:num w:numId="3" w16cid:durableId="436948141">
    <w:abstractNumId w:val="5"/>
  </w:num>
  <w:num w:numId="4" w16cid:durableId="318963722">
    <w:abstractNumId w:val="4"/>
  </w:num>
  <w:num w:numId="5" w16cid:durableId="23097532">
    <w:abstractNumId w:val="7"/>
  </w:num>
  <w:num w:numId="6" w16cid:durableId="1328291928">
    <w:abstractNumId w:val="3"/>
  </w:num>
  <w:num w:numId="7" w16cid:durableId="1299072392">
    <w:abstractNumId w:val="2"/>
  </w:num>
  <w:num w:numId="8" w16cid:durableId="1440025044">
    <w:abstractNumId w:val="1"/>
  </w:num>
  <w:num w:numId="9" w16cid:durableId="211231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5C5"/>
    <w:rsid w:val="0015074B"/>
    <w:rsid w:val="0029639D"/>
    <w:rsid w:val="00326F90"/>
    <w:rsid w:val="00AA1D8D"/>
    <w:rsid w:val="00B23291"/>
    <w:rsid w:val="00B47730"/>
    <w:rsid w:val="00CB0664"/>
    <w:rsid w:val="00E14EDA"/>
    <w:rsid w:val="00FC693F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78319"/>
  <w14:defaultImageDpi w14:val="300"/>
  <w15:docId w15:val="{F6106192-5D15-4EA4-A1AA-B2227DD9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E14ED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1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upis djeteta u program predškole 2026./2027.</dc:title>
  <dc:subject/>
  <dc:creator>Dječji vrtić Bambi Sunja</dc:creator>
  <cp:keywords/>
  <dc:description>generated by python-docx</dc:description>
  <cp:lastModifiedBy>vrtic bambi</cp:lastModifiedBy>
  <cp:revision>2</cp:revision>
  <dcterms:created xsi:type="dcterms:W3CDTF">2026-08-29T15:33:00Z</dcterms:created>
  <dcterms:modified xsi:type="dcterms:W3CDTF">2026-08-29T15:33:00Z</dcterms:modified>
  <cp:category/>
</cp:coreProperties>
</file>